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4C1D95"/>
          <w:sz w:val="38"/>
        </w:rPr>
        <w:t>LETTRES DE REFUS DE CANDIDATURE</w:t>
      </w:r>
    </w:p>
    <w:p>
      <w:pPr>
        <w:jc w:val="center"/>
      </w:pPr>
      <w:r>
        <w:rPr>
          <w:color w:val="999999"/>
          <w:sz w:val="19"/>
        </w:rPr>
        <w:t>Six modèles à personnaliser — remplacez les champs entre crochets</w:t>
      </w:r>
    </w:p>
    <w:p>
      <w:pPr>
        <w:spacing w:before="320" w:after="120"/>
      </w:pPr>
      <w:r>
        <w:rPr>
          <w:b/>
          <w:color w:val="4C1D95"/>
          <w:sz w:val="22"/>
        </w:rPr>
        <w:t>1. REFUS APRÈS LECTURE DU CV</w:t>
      </w:r>
    </w:p>
    <w:p>
      <w:pPr>
        <w:spacing w:after="120"/>
      </w:pPr>
      <w:r>
        <w:t>Bonjour [Prénom],</w:t>
      </w:r>
    </w:p>
    <w:p>
      <w:pPr>
        <w:spacing w:after="120"/>
      </w:pPr>
      <w:r>
        <w:t>Merci pour votre candidature au poste de [intitulé du poste] et pour l'intérêt que vous portez à [Entreprise].</w:t>
      </w:r>
    </w:p>
    <w:p>
      <w:pPr>
        <w:spacing w:after="120"/>
      </w:pPr>
      <w:r>
        <w:t>Après étude de votre dossier, nous ne donnerons pas suite : nous avons retenu des profils dont l'expérience sur [compétence clé du poste] correspond davantage à nos besoins actuels.</w:t>
      </w:r>
    </w:p>
    <w:p>
      <w:pPr>
        <w:spacing w:after="120"/>
      </w:pPr>
      <w:r>
        <w:t>Nous conservons votre candidature pendant [durée] et reviendrons vers vous si un poste correspondant à votre profil s'ouvre.</w:t>
      </w:r>
    </w:p>
    <w:p>
      <w:pPr>
        <w:spacing w:after="120"/>
      </w:pPr>
      <w:r>
        <w:t>Bonne continuation dans vos recherches,</w:t>
      </w:r>
    </w:p>
    <w:p>
      <w:pPr>
        <w:spacing w:after="120"/>
      </w:pPr>
      <w:r>
        <w:t>[Prénom Nom] — [Fonction], [Entreprise]</w:t>
      </w:r>
    </w:p>
    <w:p>
      <w:pPr>
        <w:spacing w:before="320" w:after="120"/>
      </w:pPr>
      <w:r>
        <w:rPr>
          <w:b/>
          <w:color w:val="4C1D95"/>
          <w:sz w:val="22"/>
        </w:rPr>
        <w:t>2. REFUS APRÈS UN ENTRETIEN</w:t>
      </w:r>
    </w:p>
    <w:p>
      <w:pPr>
        <w:spacing w:after="120"/>
      </w:pPr>
      <w:r>
        <w:t>Bonjour [Prénom],</w:t>
      </w:r>
    </w:p>
    <w:p>
      <w:pPr>
        <w:spacing w:after="120"/>
      </w:pPr>
      <w:r>
        <w:t>Merci d'avoir pris le temps de nous rencontrer le [date] pour le poste de [intitulé du poste].</w:t>
      </w:r>
    </w:p>
    <w:p>
      <w:pPr>
        <w:spacing w:after="120"/>
      </w:pPr>
      <w:r>
        <w:t>Nous avons apprécié [élément précis de l'échange]. Après comparaison des candidatures, nous avons retenu un profil disposant d'une expérience plus longue sur [compétence attendue].</w:t>
      </w:r>
    </w:p>
    <w:p>
      <w:pPr>
        <w:spacing w:after="120"/>
      </w:pPr>
      <w:r>
        <w:t>Cette décision ne remet pas en cause la qualité de votre parcours. Si vous le souhaitez, je reste disponible pour vous faire un retour détaillé par téléphone.</w:t>
      </w:r>
    </w:p>
    <w:p>
      <w:pPr>
        <w:spacing w:after="120"/>
      </w:pPr>
      <w:r>
        <w:t>Je vous souhaite le meilleur pour la suite,</w:t>
      </w:r>
    </w:p>
    <w:p>
      <w:pPr>
        <w:spacing w:after="120"/>
      </w:pPr>
      <w:r>
        <w:t>[Prénom Nom] — [Fonction], [Entreprise]</w:t>
      </w:r>
    </w:p>
    <w:p>
      <w:pPr>
        <w:spacing w:before="320" w:after="120"/>
      </w:pPr>
      <w:r>
        <w:rPr>
          <w:b/>
          <w:color w:val="4C1D95"/>
          <w:sz w:val="22"/>
        </w:rPr>
        <w:t>3. REFUS D'UNE CANDIDATURE SPONTANÉE</w:t>
      </w:r>
    </w:p>
    <w:p>
      <w:pPr>
        <w:spacing w:after="120"/>
      </w:pPr>
      <w:r>
        <w:t>Bonjour [Prénom],</w:t>
      </w:r>
    </w:p>
    <w:p>
      <w:pPr>
        <w:spacing w:after="120"/>
      </w:pPr>
      <w:r>
        <w:t>Merci pour votre candidature spontanée et pour l'intérêt que vous portez à [Entreprise].</w:t>
      </w:r>
    </w:p>
    <w:p>
      <w:pPr>
        <w:spacing w:after="120"/>
      </w:pPr>
      <w:r>
        <w:t>Nous n'avons pas de poste ouvert correspondant à votre profil pour le moment.</w:t>
      </w:r>
    </w:p>
    <w:p>
      <w:pPr>
        <w:spacing w:after="120"/>
      </w:pPr>
      <w:r>
        <w:t>Avec votre accord, nous conservons votre dossier dans notre vivier pendant [durée] : nous vous contacterons si une opportunité en [domaine] se présente.</w:t>
      </w:r>
    </w:p>
    <w:p>
      <w:pPr>
        <w:spacing w:after="120"/>
      </w:pPr>
      <w:r>
        <w:t>Cordialement,</w:t>
      </w:r>
    </w:p>
    <w:p>
      <w:pPr>
        <w:spacing w:after="120"/>
      </w:pPr>
      <w:r>
        <w:t>[Prénom Nom] — [Fonction], [Entreprise]</w:t>
      </w:r>
    </w:p>
    <w:p>
      <w:pPr>
        <w:spacing w:before="320" w:after="120"/>
      </w:pPr>
      <w:r>
        <w:rPr>
          <w:b/>
          <w:color w:val="4C1D95"/>
          <w:sz w:val="22"/>
        </w:rPr>
        <w:t>4. REFUS D'UNE DEMANDE D'ALTERNANCE OU DE STAGE</w:t>
      </w:r>
    </w:p>
    <w:p>
      <w:pPr>
        <w:spacing w:after="120"/>
      </w:pPr>
      <w:r>
        <w:t>Bonjour [Prénom],</w:t>
      </w:r>
    </w:p>
    <w:p>
      <w:pPr>
        <w:spacing w:after="120"/>
      </w:pPr>
      <w:r>
        <w:t>Merci pour votre candidature en [alternance / stage] au sein de [Entreprise].</w:t>
      </w:r>
    </w:p>
    <w:p>
      <w:pPr>
        <w:spacing w:after="120"/>
      </w:pPr>
      <w:r>
        <w:t>Nos places pour la rentrée [année] sont désormais pourvues. Votre dossier était solide, en particulier [point fort].</w:t>
      </w:r>
    </w:p>
    <w:p>
      <w:pPr>
        <w:spacing w:after="120"/>
      </w:pPr>
      <w:r>
        <w:t>N'hésitez pas à repostuler l'an prochain, ou à nous écrire dès [mois] : les places partent tôt.</w:t>
      </w:r>
    </w:p>
    <w:p>
      <w:pPr>
        <w:spacing w:after="120"/>
      </w:pPr>
      <w:r>
        <w:t>Bonne réussite pour vos études,</w:t>
      </w:r>
    </w:p>
    <w:p>
      <w:pPr>
        <w:spacing w:after="120"/>
      </w:pPr>
      <w:r>
        <w:t>[Prénom Nom] — [Fonction], [Entreprise]</w:t>
      </w:r>
    </w:p>
    <w:p>
      <w:pPr>
        <w:spacing w:before="320" w:after="120"/>
      </w:pPr>
      <w:r>
        <w:rPr>
          <w:b/>
          <w:color w:val="4C1D95"/>
          <w:sz w:val="22"/>
        </w:rPr>
        <w:t>5. REFUS AVEC MISE EN VIVIER</w:t>
      </w:r>
    </w:p>
    <w:p>
      <w:pPr>
        <w:spacing w:after="120"/>
      </w:pPr>
      <w:r>
        <w:t>Bonjour [Prénom],</w:t>
      </w:r>
    </w:p>
    <w:p>
      <w:pPr>
        <w:spacing w:after="120"/>
      </w:pPr>
      <w:r>
        <w:t>Merci pour votre candidature au poste de [intitulé du poste].</w:t>
      </w:r>
    </w:p>
    <w:p>
      <w:pPr>
        <w:spacing w:after="120"/>
      </w:pPr>
      <w:r>
        <w:t>Nous n'avons pas retenu votre profil pour ce recrutement, mais il correspond à des besoins qui reviennent régulièrement chez nous.</w:t>
      </w:r>
    </w:p>
    <w:p>
      <w:pPr>
        <w:spacing w:after="120"/>
      </w:pPr>
      <w:r>
        <w:t>Acceptez-vous que nous conservions votre dossier pendant [durée] afin de vous contacter en priorité ? Un simple mail de réponse suffit.</w:t>
      </w:r>
    </w:p>
    <w:p>
      <w:pPr>
        <w:spacing w:after="120"/>
      </w:pPr>
      <w:r>
        <w:t>Bien à vous,</w:t>
      </w:r>
    </w:p>
    <w:p>
      <w:pPr>
        <w:spacing w:after="120"/>
      </w:pPr>
      <w:r>
        <w:t>[Prénom Nom] — [Fonction], [Entreprise]</w:t>
      </w:r>
    </w:p>
    <w:p>
      <w:pPr>
        <w:spacing w:before="320" w:after="120"/>
      </w:pPr>
      <w:r>
        <w:rPr>
          <w:b/>
          <w:color w:val="4C1D95"/>
          <w:sz w:val="22"/>
        </w:rPr>
        <w:t>6. REFUS PARCE QUE LE POSTE EST POURVU EN INTERNE</w:t>
      </w:r>
    </w:p>
    <w:p>
      <w:pPr>
        <w:spacing w:after="120"/>
      </w:pPr>
      <w:r>
        <w:t>Bonjour [Prénom],</w:t>
      </w:r>
    </w:p>
    <w:p>
      <w:pPr>
        <w:spacing w:after="120"/>
      </w:pPr>
      <w:r>
        <w:t>Merci pour votre candidature au poste de [intitulé du poste].</w:t>
      </w:r>
    </w:p>
    <w:p>
      <w:pPr>
        <w:spacing w:after="120"/>
      </w:pPr>
      <w:r>
        <w:t>Le poste a finalement été pourvu par une mobilité interne. Votre candidature n'a donc pas été comparée aux autres sur le fond, et nous le regrettons.</w:t>
      </w:r>
    </w:p>
    <w:p>
      <w:pPr>
        <w:spacing w:after="120"/>
      </w:pPr>
      <w:r>
        <w:t>Nous gardons votre dossier de côté pour nos prochains recrutements en [domaine].</w:t>
      </w:r>
    </w:p>
    <w:p>
      <w:pPr>
        <w:spacing w:after="120"/>
      </w:pPr>
      <w:r>
        <w:t>Cordialement,</w:t>
      </w:r>
    </w:p>
    <w:p>
      <w:pPr>
        <w:spacing w:after="120"/>
      </w:pPr>
      <w:r>
        <w:t>[Prénom Nom] — [Fonction], [Entreprise]</w:t>
      </w:r>
    </w:p>
    <w:p>
      <w:pPr>
        <w:spacing w:before="360"/>
        <w:jc w:val="center"/>
      </w:pPr>
      <w:r>
        <w:rPr>
          <w:color w:val="999999"/>
          <w:sz w:val="17"/>
        </w:rPr>
        <w:t>Modèles proposés par R.V. — rvrecrutement.fr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